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3E70D" w14:textId="77777777" w:rsidR="000B00B8" w:rsidRPr="00901C08" w:rsidRDefault="004A2CEF" w:rsidP="003A1EA1">
      <w:pPr>
        <w:spacing w:after="0"/>
        <w:jc w:val="center"/>
      </w:pPr>
      <w:r w:rsidRPr="00901C08">
        <w:rPr>
          <w:b/>
        </w:rPr>
        <w:t>РАСПОРЕД НА ЧАСОВИТЕ ВО ОДДЕЛЕНСКА НАСТАВА – УЧЕБНА 2026/2027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584"/>
        <w:gridCol w:w="648"/>
        <w:gridCol w:w="2304"/>
        <w:gridCol w:w="2304"/>
        <w:gridCol w:w="2304"/>
        <w:gridCol w:w="2304"/>
        <w:gridCol w:w="2304"/>
      </w:tblGrid>
      <w:tr w:rsidR="006A4961" w14:paraId="1D71682B" w14:textId="77777777" w:rsidTr="00F350B9">
        <w:trPr>
          <w:trHeight w:val="360"/>
          <w:tblHeader/>
          <w:jc w:val="center"/>
        </w:trPr>
        <w:tc>
          <w:tcPr>
            <w:tcW w:w="648" w:type="dxa"/>
            <w:tcBorders>
              <w:top w:val="single" w:sz="20" w:space="0" w:color="000000"/>
              <w:left w:val="single" w:sz="20" w:space="0" w:color="000000"/>
            </w:tcBorders>
            <w:vAlign w:val="center"/>
          </w:tcPr>
          <w:p w14:paraId="5443E4D1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Одд.</w:t>
            </w:r>
          </w:p>
        </w:tc>
        <w:tc>
          <w:tcPr>
            <w:tcW w:w="1584" w:type="dxa"/>
            <w:tcBorders>
              <w:top w:val="single" w:sz="20" w:space="0" w:color="000000"/>
            </w:tcBorders>
            <w:vAlign w:val="center"/>
          </w:tcPr>
          <w:p w14:paraId="4BAE12F2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648" w:type="dxa"/>
            <w:tcBorders>
              <w:top w:val="single" w:sz="20" w:space="0" w:color="000000"/>
            </w:tcBorders>
            <w:vAlign w:val="center"/>
          </w:tcPr>
          <w:p w14:paraId="7019B2C4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304" w:type="dxa"/>
            <w:tcBorders>
              <w:top w:val="single" w:sz="20" w:space="0" w:color="000000"/>
            </w:tcBorders>
            <w:vAlign w:val="center"/>
          </w:tcPr>
          <w:p w14:paraId="24EBF5C7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ПОНЕДЕЛНИК</w:t>
            </w:r>
          </w:p>
        </w:tc>
        <w:tc>
          <w:tcPr>
            <w:tcW w:w="2304" w:type="dxa"/>
            <w:tcBorders>
              <w:top w:val="single" w:sz="20" w:space="0" w:color="000000"/>
            </w:tcBorders>
            <w:vAlign w:val="center"/>
          </w:tcPr>
          <w:p w14:paraId="0B408E6A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ВТОРНИК</w:t>
            </w:r>
          </w:p>
        </w:tc>
        <w:tc>
          <w:tcPr>
            <w:tcW w:w="2304" w:type="dxa"/>
            <w:tcBorders>
              <w:top w:val="single" w:sz="20" w:space="0" w:color="000000"/>
            </w:tcBorders>
            <w:vAlign w:val="center"/>
          </w:tcPr>
          <w:p w14:paraId="46A4380C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2304" w:type="dxa"/>
            <w:tcBorders>
              <w:top w:val="single" w:sz="20" w:space="0" w:color="000000"/>
            </w:tcBorders>
            <w:vAlign w:val="center"/>
          </w:tcPr>
          <w:p w14:paraId="2506FF66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ЧЕТВРТОК</w:t>
            </w:r>
          </w:p>
        </w:tc>
        <w:tc>
          <w:tcPr>
            <w:tcW w:w="2304" w:type="dxa"/>
            <w:tcBorders>
              <w:top w:val="single" w:sz="20" w:space="0" w:color="000000"/>
              <w:right w:val="single" w:sz="20" w:space="0" w:color="000000"/>
            </w:tcBorders>
            <w:vAlign w:val="center"/>
          </w:tcPr>
          <w:p w14:paraId="1880BA22" w14:textId="77777777" w:rsidR="000B00B8" w:rsidRPr="00794E0B" w:rsidRDefault="004A2CEF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94E0B">
              <w:rPr>
                <w:b/>
                <w:sz w:val="20"/>
                <w:szCs w:val="20"/>
              </w:rPr>
              <w:t>ПЕТОК</w:t>
            </w:r>
          </w:p>
        </w:tc>
      </w:tr>
      <w:tr w:rsidR="006A4961" w14:paraId="0E5BC7C2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22B60DD8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Iа</w:t>
            </w:r>
          </w:p>
          <w:p w14:paraId="3D3DD13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790ECB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DD64DB2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16F935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0750744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4A48330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Радица</w:t>
            </w:r>
          </w:p>
          <w:p w14:paraId="0649925C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Андреева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4F807AF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EF97BD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4114BF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769B05A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3436001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16AD387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16048ABF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20B1C7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F50DE6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C70B39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1AA76F9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470E0B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96A167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5ED87D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5481E39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391D6ABF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74B7D0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60865D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B388D7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4398520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458F556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26CCCE4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1A123C8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8A9E75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732CFA0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894EF5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4ADA64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4D1DAC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11C3A37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1963FB6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2BAF939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09BD585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FF3486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57EFB67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1F81706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3C21BB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08AE6F2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26EB416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2A38C72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5F3D595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4F98681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24DD46B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2499B28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23721E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81DA49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4401BBB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A74BDD6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BA3799C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97D185D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F1C4E3A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1BF1C184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067259AF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3761D8A1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Iб</w:t>
            </w:r>
          </w:p>
          <w:p w14:paraId="3FC06331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2AA2C4F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572C6E9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F45CE47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40780B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EE2B1BF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Татјана</w:t>
            </w:r>
          </w:p>
          <w:p w14:paraId="79C9B31E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Јорданова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49E971B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BBC885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AC866E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5205CD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596BBC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22ADF3E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77BB6838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BE7389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0738EB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0C35E3D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0A73344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0AA75D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2676B8D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339D780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B138AAA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206D126D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B9A276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13E5719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444182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235F8FF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2423FED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3F3F90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1A4B47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6AB306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5C70BFD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136890D4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D88D57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571A51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23D68CE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</w:t>
            </w:r>
          </w:p>
        </w:tc>
        <w:tc>
          <w:tcPr>
            <w:tcW w:w="2304" w:type="dxa"/>
            <w:vAlign w:val="center"/>
          </w:tcPr>
          <w:p w14:paraId="78E7C94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6F21FA2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0586246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62F377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</w:t>
            </w:r>
          </w:p>
        </w:tc>
      </w:tr>
      <w:tr w:rsidR="006A4961" w14:paraId="78F44303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C7C06C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D1DB7B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281CFD9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7B3A0A5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7CAB55B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54042A9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3EE3C0D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426A0951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61DDE40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DBBBB1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604EB2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5BEC8F4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3302DE8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A5DDB19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DAB224D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94FC41C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54231B5F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38CF434E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1880C1B3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IIа</w:t>
            </w:r>
          </w:p>
          <w:p w14:paraId="1E93A082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08162B6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EB49E89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232AD03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D240B41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Даниела Трипунова Стевковски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2AD09B2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FDDC9A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A8E611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32E88A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B3CCFA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36F6E58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402973AA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255DF1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35BD0A4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45FFD4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51841AC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405296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651222B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3CABF9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1423E58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1DF8ED69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114711C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E81008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5FD94E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4C4650B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40942EF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FD9839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2699AF2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0E1B56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обр.</w:t>
            </w:r>
          </w:p>
        </w:tc>
      </w:tr>
      <w:tr w:rsidR="006A4961" w14:paraId="4D084EB7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1B8A99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44ED48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F3C34C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73C0B7A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4352CFC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5AFA934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обр.</w:t>
            </w:r>
          </w:p>
        </w:tc>
        <w:tc>
          <w:tcPr>
            <w:tcW w:w="2304" w:type="dxa"/>
            <w:vAlign w:val="center"/>
          </w:tcPr>
          <w:p w14:paraId="59F0361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6F5939B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576B8CA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2C09A8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1F4CA9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670BE5E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4E7ED45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72A4BAC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349E9F2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444CE8B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5587D7B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1B0C91B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3FECDB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126950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0314766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D8D0413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5E215A9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D65B62F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20AEEFB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587EFF14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456D4500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4C3DC43C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IIб</w:t>
            </w:r>
          </w:p>
          <w:p w14:paraId="789E0D95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27BFA86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946C803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73F30E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A40435D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Весна</w:t>
            </w:r>
          </w:p>
          <w:p w14:paraId="3E653A7A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Арангелова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4C811F2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095FEC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55BF4A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3C68FA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4380D3D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404C2D2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0AD9B569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BFCF94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2F4D2D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05487F9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495340E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9EEFE7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0A3CF4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2753A04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E3964B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3E150F7A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D112EB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73B38AA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5F9C57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4A1891A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2B97F14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7F10338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B9633E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C52585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042AC1E8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8FF826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D3B77E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D73866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13F7DAB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268E41E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3A83D15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6E0342A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E2031F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</w:tr>
      <w:tr w:rsidR="006A4961" w14:paraId="6369BA73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75D929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BCD4BE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6DE5947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B7C7D6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Час на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одделенската заедница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1E2D34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45CFE08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ученички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52E5421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4024EB7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</w:tr>
      <w:tr w:rsidR="006A4961" w14:paraId="095880FC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A22AA8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EF5450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265EFAA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BA82999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D508815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5815BA2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EA50CB2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4CE5075E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76500230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2359033D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IIв</w:t>
            </w:r>
          </w:p>
          <w:p w14:paraId="28DDFDC6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75D5AC3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36FCFC6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38285B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151A74E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Милка</w:t>
            </w:r>
          </w:p>
          <w:p w14:paraId="648C6115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Китаноска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7875454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45F0CA0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41826E3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43CA21D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3C823A3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6AFFE70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48E1525F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670E03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357D7F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C05A53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3F9FA0B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9E6859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4B9FF9A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3384E0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217749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0010E921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721EE3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BBC767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818AB4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7570E2D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06BC517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018D1A0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1D2BED9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947519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</w:tr>
      <w:tr w:rsidR="006A4961" w14:paraId="1464A469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3CC50A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0401E2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6D241D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2B35D15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4AADD65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A03D31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4FC6084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B37527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73CC5DA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40414B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B9B1EF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68FF16E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D1FB3A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643CE06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0E7A4A4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048064B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4CA512B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</w:tr>
      <w:tr w:rsidR="006A4961" w14:paraId="2F48619E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230F78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B95C50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BB53BA0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2BD2092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C976AC4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7E79FFF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BF1B55A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02C734FC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190D7822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06D5BB7A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IIIа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085EFF7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Благица Николова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3D53BCDC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0810D80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1EFCF9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7FB1FB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7FC2C6A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104097D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</w:tr>
      <w:tr w:rsidR="006A4961" w14:paraId="14F67DAE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4C67B3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D71655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249803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18C88E0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0FC95E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50F9B1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2BD382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01F89C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66CB9865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F40278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B38F2B4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02C3D7FC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2E4183F0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226F5A2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24E2F52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31E357E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9AFC2A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2D0FEB4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BA2542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D83208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A82C18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0546B7D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0506EF9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7622812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24C23E7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AE4229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</w:t>
            </w:r>
          </w:p>
        </w:tc>
      </w:tr>
      <w:tr w:rsidR="006A4961" w14:paraId="09BB2A9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6C0BB6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AE277B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1D17C01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3331CC1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86F40A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7F0F5C1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0B4DDFD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4591E99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131CCFD6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C5C8E9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5D6D3C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D8757A2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C398944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653BE02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5AD376E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1345598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5FC491DE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61862AE4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535E0495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IIIб</w:t>
            </w:r>
          </w:p>
          <w:p w14:paraId="58E298A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80808CE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7468627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7954C4D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59D006A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Павлинка Пеливанова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13259F3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559465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CEB3C4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774927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E239FE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67B9E4A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62A4D20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328649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FA6CC3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CF4529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741115C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4E7DC35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49BCD70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6C91CDE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095171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5C98A06E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819771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3FA511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2505F83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710FF81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CACBD2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9E2644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D2CE39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1E23C06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</w:tr>
      <w:tr w:rsidR="006A4961" w14:paraId="55829CCD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64F8F9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1543DEA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7C1AE3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0C45765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5FDA5CF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572E779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2CAF4E6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5C5F77C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0E8308AC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EC6555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9C3CD0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179D861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12F216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5821A44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Слободен изборен предмет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1DA8A15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69428D7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Слободен изборен предмет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393A595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</w:tr>
      <w:tr w:rsidR="006A4961" w14:paraId="7CA24181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3F077B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B2C868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6320952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89C3035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AF23B8B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9E3189E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8342611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53A50449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2A75B3B9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77B7DBA9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IIIв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372CE84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Надица Бошева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46697BF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7C6712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72F0A42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4D5B5EC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5B0E51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4E5192B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2144DFC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07C79C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257A7C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7CC156C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2B5EA1E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68761AA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15EA06B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4E103FD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606F19F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</w:tr>
      <w:tr w:rsidR="006A4961" w14:paraId="18633F1F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A4A434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E035D5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2220EA6A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63CD982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1522FF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906C18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33AB3E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E15762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31063553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279373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F491B1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62A12BD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5C1B423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1CC784B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2D3BCA7C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69D3B4A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9C5B6E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34188C7F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6388B9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25002E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4" w:space="0" w:color="000000"/>
            </w:tcBorders>
            <w:vAlign w:val="center"/>
          </w:tcPr>
          <w:p w14:paraId="628C836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439AE42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2830B50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6F9D416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vAlign w:val="center"/>
          </w:tcPr>
          <w:p w14:paraId="7EE2FC4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4" w:space="0" w:color="000000"/>
              <w:right w:val="single" w:sz="20" w:space="0" w:color="000000"/>
            </w:tcBorders>
            <w:vAlign w:val="center"/>
          </w:tcPr>
          <w:p w14:paraId="64F55DB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</w:tr>
      <w:tr w:rsidR="006A4961" w14:paraId="44AA3369" w14:textId="77777777" w:rsidTr="00283D45">
        <w:trPr>
          <w:trHeight w:hRule="exact" w:val="351"/>
          <w:jc w:val="center"/>
        </w:trPr>
        <w:tc>
          <w:tcPr>
            <w:tcW w:w="648" w:type="dxa"/>
            <w:vMerge/>
            <w:vAlign w:val="center"/>
          </w:tcPr>
          <w:p w14:paraId="2CD2B044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9C0E929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8BD962B" w14:textId="77777777" w:rsidR="00F331DF" w:rsidRPr="00794E0B" w:rsidRDefault="004A2CEF">
            <w:pPr>
              <w:spacing w:line="204" w:lineRule="auto"/>
              <w:jc w:val="center"/>
              <w:rPr>
                <w:b/>
                <w:bCs/>
                <w:sz w:val="18"/>
                <w:szCs w:val="18"/>
              </w:rPr>
            </w:pPr>
            <w:r w:rsidRPr="00794E0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C36EC60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2170945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8CB9991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5CF5978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top w:val="single" w:sz="4" w:space="0" w:color="000000"/>
              <w:bottom w:val="single" w:sz="18" w:space="0" w:color="000000"/>
              <w:right w:val="single" w:sz="20" w:space="0" w:color="000000"/>
            </w:tcBorders>
            <w:vAlign w:val="center"/>
          </w:tcPr>
          <w:p w14:paraId="6EA82BEE" w14:textId="77777777" w:rsidR="00F331DF" w:rsidRPr="00794E0B" w:rsidRDefault="004A2CEF">
            <w:pPr>
              <w:spacing w:line="20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</w:tr>
      <w:tr w:rsidR="006A4961" w14:paraId="158D5F2B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508316FD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IVа</w:t>
            </w:r>
          </w:p>
          <w:p w14:paraId="5015CB90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F2F437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33C9C4E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7450EE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  <w:p w14:paraId="3F59F1C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89DA780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Мицка</w:t>
            </w:r>
          </w:p>
          <w:p w14:paraId="532FC087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Наумчева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69F9CB9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F0443D0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1AA41E0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BAE1AE0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3149B774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 w:rsidR="006A4961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тематика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740F99D4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</w:tr>
      <w:tr w:rsidR="006A4961" w14:paraId="4D77A9AC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B889F8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35DE77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486D5F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73CB550C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  <w:tc>
          <w:tcPr>
            <w:tcW w:w="2304" w:type="dxa"/>
            <w:vAlign w:val="center"/>
          </w:tcPr>
          <w:p w14:paraId="5A8A91FD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 w:rsidR="006A4961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тематика</w:t>
            </w:r>
          </w:p>
        </w:tc>
        <w:tc>
          <w:tcPr>
            <w:tcW w:w="2304" w:type="dxa"/>
            <w:vAlign w:val="center"/>
          </w:tcPr>
          <w:p w14:paraId="110F6EA8" w14:textId="77777777" w:rsidR="000B00B8" w:rsidRPr="00794E0B" w:rsidRDefault="006A4961" w:rsidP="006A4961">
            <w:pPr>
              <w:spacing w:line="204" w:lineRule="auto"/>
              <w:ind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814CB0C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0BE3EAF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</w:tr>
      <w:tr w:rsidR="006A4961" w14:paraId="75CF4E56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2B50D1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6C5055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F6C06A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6E48DA4F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7BEC0334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2843E17F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4F2E8580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6C45A76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</w:tr>
      <w:tr w:rsidR="006A4961" w14:paraId="4CA3BB9D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CFD218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5FCA55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85FDE4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20DE7A25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6A4961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атематика</w:t>
            </w:r>
          </w:p>
        </w:tc>
        <w:tc>
          <w:tcPr>
            <w:tcW w:w="2304" w:type="dxa"/>
            <w:vAlign w:val="center"/>
          </w:tcPr>
          <w:p w14:paraId="1200B410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40087C64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  <w:tc>
          <w:tcPr>
            <w:tcW w:w="2304" w:type="dxa"/>
            <w:vAlign w:val="center"/>
          </w:tcPr>
          <w:p w14:paraId="2098D31C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Техничко образование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21E7974A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Математика</w:t>
            </w:r>
          </w:p>
        </w:tc>
      </w:tr>
      <w:tr w:rsidR="006A4961" w14:paraId="428F2EB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06145A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EBB27A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1CEC629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33902F7A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3D7A1A43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Изборен</w:t>
            </w:r>
          </w:p>
        </w:tc>
        <w:tc>
          <w:tcPr>
            <w:tcW w:w="2304" w:type="dxa"/>
            <w:vAlign w:val="center"/>
          </w:tcPr>
          <w:p w14:paraId="104E45FF" w14:textId="77777777" w:rsidR="000B00B8" w:rsidRPr="00794E0B" w:rsidRDefault="006A4961" w:rsidP="006A4961">
            <w:pPr>
              <w:spacing w:line="204" w:lineRule="auto"/>
              <w:ind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25E01052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1FDED49C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Ликовно образование</w:t>
            </w:r>
          </w:p>
        </w:tc>
      </w:tr>
      <w:tr w:rsidR="006A4961" w14:paraId="6D372A45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9FF748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82711C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18" w:space="0" w:color="000000"/>
            </w:tcBorders>
            <w:vAlign w:val="center"/>
          </w:tcPr>
          <w:p w14:paraId="7DE2B15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CBB89C9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41A1E306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A8F3285" w14:textId="77777777" w:rsidR="000B00B8" w:rsidRPr="00794E0B" w:rsidRDefault="006A4961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6292143F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  <w:right w:val="single" w:sz="20" w:space="0" w:color="000000"/>
            </w:tcBorders>
            <w:vAlign w:val="center"/>
          </w:tcPr>
          <w:p w14:paraId="191F9F83" w14:textId="77777777" w:rsidR="000B00B8" w:rsidRPr="00794E0B" w:rsidRDefault="004A2CEF" w:rsidP="006A496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изборни активности</w:t>
            </w:r>
          </w:p>
        </w:tc>
      </w:tr>
      <w:tr w:rsidR="006A4961" w14:paraId="189C4C72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785D966B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IVб</w:t>
            </w:r>
          </w:p>
          <w:p w14:paraId="396082B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683FD26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0938401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63BF51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536BF04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04AA464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Николинка</w:t>
            </w:r>
          </w:p>
          <w:p w14:paraId="6A91630C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Илиева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6691B19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7E565C0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215232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FF35CD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63CDE9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683371A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08317B8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F2D620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B17156A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F9D600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637A6C5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A9B70D0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843DDA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0E9A9CA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5C78250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64B8D02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D5B9DF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EC6E21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EDD825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72DD738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  <w:tc>
          <w:tcPr>
            <w:tcW w:w="2304" w:type="dxa"/>
            <w:vAlign w:val="center"/>
          </w:tcPr>
          <w:p w14:paraId="34A5156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3C32B58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006A12B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05C01A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со информатика</w:t>
            </w:r>
          </w:p>
        </w:tc>
      </w:tr>
      <w:tr w:rsidR="006A4961" w14:paraId="27FB0189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115E44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FE4760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A8FCCE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59B4406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7318DAF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1B94D3C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378D4CF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2CF5BA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38C501D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376BAA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CE2DF3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0699752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483039E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7D2A197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 – Готвење</w:t>
            </w:r>
          </w:p>
        </w:tc>
        <w:tc>
          <w:tcPr>
            <w:tcW w:w="2304" w:type="dxa"/>
            <w:vAlign w:val="center"/>
          </w:tcPr>
          <w:p w14:paraId="5321216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390A9D5F" w14:textId="77777777" w:rsidR="00901C0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 – Готвење</w:t>
            </w:r>
          </w:p>
          <w:p w14:paraId="67440726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7D31B2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289F15F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8E4F6D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2DF60FE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18" w:space="0" w:color="000000"/>
            </w:tcBorders>
            <w:vAlign w:val="center"/>
          </w:tcPr>
          <w:p w14:paraId="4E98A88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5186C62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3A6C6EA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6CDCF39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37B127F" w14:textId="77777777" w:rsidR="000B00B8" w:rsidRPr="00794E0B" w:rsidRDefault="00901C08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  <w:right w:val="single" w:sz="20" w:space="0" w:color="000000"/>
            </w:tcBorders>
            <w:vAlign w:val="center"/>
          </w:tcPr>
          <w:p w14:paraId="5381762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034ABA7E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7A1B0729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IVв</w:t>
            </w: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9EEACF2" w14:textId="77777777" w:rsidR="00C648DE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Милица Ш. Ангелова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546DC64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25BC60B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5C95555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77DB86B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3BCB85A7" w14:textId="77777777" w:rsidR="00C648DE" w:rsidRPr="00794E0B" w:rsidRDefault="00901C08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09D31EA1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32CD90C5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4E1297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D01D00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9971DD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7560DE3A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03A537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78A050B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3944A86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19FDA5C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31A972DA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1337A85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942C69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71CA2BC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73FF759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2A4E461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17E2E6E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76C0CE88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5DC0347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0352600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4CA7E2D2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FB5730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4F0A73C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5F07DDB9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Општество</w:t>
            </w:r>
          </w:p>
        </w:tc>
        <w:tc>
          <w:tcPr>
            <w:tcW w:w="2304" w:type="dxa"/>
            <w:vAlign w:val="center"/>
          </w:tcPr>
          <w:p w14:paraId="4BD1F2E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50604296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17E756F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20FF75A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</w:t>
            </w:r>
          </w:p>
        </w:tc>
      </w:tr>
      <w:tr w:rsidR="006A4961" w14:paraId="72DFD6F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A3B3295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1C10348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34BC0AEE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2CFC2CA2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61490EB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</w:t>
            </w:r>
          </w:p>
        </w:tc>
        <w:tc>
          <w:tcPr>
            <w:tcW w:w="2304" w:type="dxa"/>
            <w:vAlign w:val="center"/>
          </w:tcPr>
          <w:p w14:paraId="4AC66C17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vAlign w:val="center"/>
          </w:tcPr>
          <w:p w14:paraId="392D9C3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25CE354F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</w:tr>
      <w:tr w:rsidR="006A4961" w14:paraId="61A3576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10459AB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94D3D1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18" w:space="0" w:color="000000"/>
            </w:tcBorders>
            <w:vAlign w:val="center"/>
          </w:tcPr>
          <w:p w14:paraId="032E6B30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26D2C843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F59722D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257E3644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5F48360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  <w:tc>
          <w:tcPr>
            <w:tcW w:w="2304" w:type="dxa"/>
            <w:tcBorders>
              <w:bottom w:val="single" w:sz="18" w:space="0" w:color="000000"/>
              <w:right w:val="single" w:sz="20" w:space="0" w:color="000000"/>
            </w:tcBorders>
            <w:vAlign w:val="center"/>
          </w:tcPr>
          <w:p w14:paraId="4060EE50" w14:textId="77777777" w:rsidR="00C648DE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СУА</w:t>
            </w:r>
          </w:p>
        </w:tc>
      </w:tr>
      <w:tr w:rsidR="006A4961" w14:paraId="07CD8965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525C797C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Vа</w:t>
            </w:r>
          </w:p>
          <w:p w14:paraId="40AD61F0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6931080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2ECCFF2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1F261C3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A9D506E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0235697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Ивана</w:t>
            </w:r>
          </w:p>
          <w:p w14:paraId="26BDB566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Стојановска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56E4DC0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24D9C77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1C51E2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1222B1C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80B29E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3F53AAD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4059274C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31C9D4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BCA0EA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01A1B5B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33C560D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3621ABE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44CD2D1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</w:t>
            </w:r>
          </w:p>
        </w:tc>
        <w:tc>
          <w:tcPr>
            <w:tcW w:w="2304" w:type="dxa"/>
            <w:vAlign w:val="center"/>
          </w:tcPr>
          <w:p w14:paraId="0E480E9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7D65AAD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</w:tr>
      <w:tr w:rsidR="006A4961" w14:paraId="5DB139E1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74552D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988FAB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170655A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6910E38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47F56F2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DB7404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6A2ACF3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75B895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1D7BFB4B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306541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54D3D62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DCBAF8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6A1A60B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10FDBBB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7117A79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3384F73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F0DBF9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</w:tr>
      <w:tr w:rsidR="006A4961" w14:paraId="685D03B7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864344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77356A71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741602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021339D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Изборен </w:t>
            </w:r>
            <w:r w:rsidR="00901C08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предмет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– Природните убавини на мојата татковина</w:t>
            </w:r>
          </w:p>
        </w:tc>
        <w:tc>
          <w:tcPr>
            <w:tcW w:w="2304" w:type="dxa"/>
            <w:vAlign w:val="center"/>
          </w:tcPr>
          <w:p w14:paraId="369F06B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0DD1358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2DFF82D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E4B432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</w:tr>
      <w:tr w:rsidR="006A4961" w14:paraId="7C1AE343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36472AC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F901F9A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18" w:space="0" w:color="000000"/>
            </w:tcBorders>
            <w:vAlign w:val="center"/>
          </w:tcPr>
          <w:p w14:paraId="67193F1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4E9667F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Слободни </w:t>
            </w:r>
            <w:r w:rsidR="00F350B9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ак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7B2040C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1F630E4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3626B159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– Природните убавини на мојата татковина</w:t>
            </w:r>
          </w:p>
        </w:tc>
        <w:tc>
          <w:tcPr>
            <w:tcW w:w="2304" w:type="dxa"/>
            <w:tcBorders>
              <w:bottom w:val="single" w:sz="18" w:space="0" w:color="000000"/>
              <w:right w:val="single" w:sz="20" w:space="0" w:color="000000"/>
            </w:tcBorders>
            <w:vAlign w:val="center"/>
          </w:tcPr>
          <w:p w14:paraId="056E861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26D8F075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18" w:space="0" w:color="000000"/>
            </w:tcBorders>
            <w:vAlign w:val="center"/>
          </w:tcPr>
          <w:p w14:paraId="2E8D8969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Vб</w:t>
            </w:r>
          </w:p>
          <w:p w14:paraId="06DD5598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4295087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003409A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7D253FF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AED47CF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BE8B8CD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Даница</w:t>
            </w:r>
          </w:p>
          <w:p w14:paraId="1A0659D5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Мојсов</w:t>
            </w:r>
            <w:r w:rsidR="00541270" w:rsidRPr="00794E0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а</w:t>
            </w:r>
          </w:p>
          <w:p w14:paraId="00B0ED31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1E8815B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5B6E28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341E405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0796DDD7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41C9363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5F3246F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</w:tr>
      <w:tr w:rsidR="006A4961" w14:paraId="40E676A8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B8D8EF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30B2B17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524ECEF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34669E1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5FCABED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0079DE4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3F40E34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75B33F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</w:tr>
      <w:tr w:rsidR="006A4961" w14:paraId="3654E30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462EDA3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4243618D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2E02482C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289793A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5A094FE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324C2F8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</w:t>
            </w:r>
          </w:p>
        </w:tc>
        <w:tc>
          <w:tcPr>
            <w:tcW w:w="2304" w:type="dxa"/>
            <w:vAlign w:val="center"/>
          </w:tcPr>
          <w:p w14:paraId="2FC7641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F57CCB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</w:tr>
      <w:tr w:rsidR="006A4961" w14:paraId="1EEDCB8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7195F12F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20528506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18C5EED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7C68F97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</w:t>
            </w:r>
          </w:p>
        </w:tc>
        <w:tc>
          <w:tcPr>
            <w:tcW w:w="2304" w:type="dxa"/>
            <w:vAlign w:val="center"/>
          </w:tcPr>
          <w:p w14:paraId="6236FCA8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72879C4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</w:t>
            </w:r>
          </w:p>
        </w:tc>
        <w:tc>
          <w:tcPr>
            <w:tcW w:w="2304" w:type="dxa"/>
            <w:vAlign w:val="center"/>
          </w:tcPr>
          <w:p w14:paraId="5784766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Ликовно образование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FBE9F31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Историја и општество</w:t>
            </w:r>
          </w:p>
        </w:tc>
      </w:tr>
      <w:tr w:rsidR="006A4961" w14:paraId="2D3EA7E8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3A4F040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09A19FAB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vAlign w:val="center"/>
          </w:tcPr>
          <w:p w14:paraId="1877237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2D99270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 xml:space="preserve">Англиски </w:t>
            </w: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јазик</w:t>
            </w:r>
          </w:p>
        </w:tc>
        <w:tc>
          <w:tcPr>
            <w:tcW w:w="2304" w:type="dxa"/>
            <w:vAlign w:val="center"/>
          </w:tcPr>
          <w:p w14:paraId="677A6532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Физичко образование</w:t>
            </w:r>
          </w:p>
        </w:tc>
        <w:tc>
          <w:tcPr>
            <w:tcW w:w="2304" w:type="dxa"/>
            <w:vAlign w:val="center"/>
          </w:tcPr>
          <w:p w14:paraId="5D89177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F56041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Физичко образование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51E7308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Физичко образование</w:t>
            </w:r>
          </w:p>
        </w:tc>
      </w:tr>
      <w:tr w:rsidR="006A4961" w14:paraId="0EA784E5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57BC2D78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/>
            <w:vAlign w:val="center"/>
          </w:tcPr>
          <w:p w14:paraId="69294BA7" w14:textId="77777777" w:rsidR="000B00B8" w:rsidRPr="00794E0B" w:rsidRDefault="000B00B8" w:rsidP="00142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" w:type="dxa"/>
            <w:tcBorders>
              <w:bottom w:val="single" w:sz="18" w:space="0" w:color="000000"/>
            </w:tcBorders>
            <w:vAlign w:val="center"/>
          </w:tcPr>
          <w:p w14:paraId="7048378E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1D884663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10010AED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130CDA1A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18" w:space="0" w:color="000000"/>
            </w:tcBorders>
            <w:vAlign w:val="center"/>
          </w:tcPr>
          <w:p w14:paraId="6F17CD2B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 предмет</w:t>
            </w:r>
          </w:p>
        </w:tc>
        <w:tc>
          <w:tcPr>
            <w:tcW w:w="2304" w:type="dxa"/>
            <w:tcBorders>
              <w:bottom w:val="single" w:sz="18" w:space="0" w:color="000000"/>
              <w:right w:val="single" w:sz="20" w:space="0" w:color="000000"/>
            </w:tcBorders>
            <w:vAlign w:val="center"/>
          </w:tcPr>
          <w:p w14:paraId="7F26CD8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  <w:tr w:rsidR="006A4961" w14:paraId="3A7E05BB" w14:textId="77777777" w:rsidTr="00F350B9">
        <w:trPr>
          <w:trHeight w:hRule="exact" w:val="216"/>
          <w:jc w:val="center"/>
        </w:trPr>
        <w:tc>
          <w:tcPr>
            <w:tcW w:w="648" w:type="dxa"/>
            <w:vMerge w:val="restart"/>
            <w:tcBorders>
              <w:top w:val="single" w:sz="18" w:space="0" w:color="000000"/>
              <w:left w:val="single" w:sz="20" w:space="0" w:color="000000"/>
              <w:bottom w:val="single" w:sz="20" w:space="0" w:color="000000"/>
            </w:tcBorders>
            <w:vAlign w:val="center"/>
          </w:tcPr>
          <w:p w14:paraId="4BA1F85E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4E0B">
              <w:rPr>
                <w:rFonts w:ascii="Times New Roman" w:hAnsi="Times New Roman" w:cs="Times New Roman"/>
                <w:b/>
                <w:sz w:val="32"/>
                <w:szCs w:val="32"/>
              </w:rPr>
              <w:t>Vв</w:t>
            </w:r>
          </w:p>
          <w:p w14:paraId="1FC20A50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2126292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65C6E21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2F9C1D3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28DB3B1" w14:textId="77777777" w:rsidR="000B00B8" w:rsidRPr="00794E0B" w:rsidRDefault="000B00B8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84" w:type="dxa"/>
            <w:vMerge w:val="restart"/>
            <w:tcBorders>
              <w:top w:val="single" w:sz="18" w:space="0" w:color="000000"/>
              <w:bottom w:val="single" w:sz="20" w:space="0" w:color="000000"/>
            </w:tcBorders>
            <w:vAlign w:val="center"/>
          </w:tcPr>
          <w:p w14:paraId="31334054" w14:textId="77777777" w:rsidR="00541270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Радица</w:t>
            </w:r>
          </w:p>
          <w:p w14:paraId="1637A4BE" w14:textId="77777777" w:rsidR="000B00B8" w:rsidRPr="00794E0B" w:rsidRDefault="004A2CEF" w:rsidP="00142D2D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0B">
              <w:rPr>
                <w:rFonts w:ascii="Times New Roman" w:hAnsi="Times New Roman" w:cs="Times New Roman"/>
                <w:b/>
                <w:sz w:val="24"/>
                <w:szCs w:val="24"/>
              </w:rPr>
              <w:t>Спанџова</w:t>
            </w:r>
          </w:p>
        </w:tc>
        <w:tc>
          <w:tcPr>
            <w:tcW w:w="648" w:type="dxa"/>
            <w:tcBorders>
              <w:top w:val="single" w:sz="18" w:space="0" w:color="000000"/>
            </w:tcBorders>
            <w:vAlign w:val="center"/>
          </w:tcPr>
          <w:p w14:paraId="6FB7D8C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7B041644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Историја и општество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6D73619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01C08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атематика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69433F9C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  <w:tc>
          <w:tcPr>
            <w:tcW w:w="2304" w:type="dxa"/>
            <w:tcBorders>
              <w:top w:val="single" w:sz="18" w:space="0" w:color="000000"/>
            </w:tcBorders>
            <w:vAlign w:val="center"/>
          </w:tcPr>
          <w:p w14:paraId="53EC3E67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tcBorders>
              <w:top w:val="single" w:sz="18" w:space="0" w:color="000000"/>
              <w:right w:val="single" w:sz="20" w:space="0" w:color="000000"/>
            </w:tcBorders>
            <w:vAlign w:val="center"/>
          </w:tcPr>
          <w:p w14:paraId="2922E37D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</w:tr>
      <w:tr w:rsidR="006A4961" w14:paraId="5F4A22C4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0FAEB02D" w14:textId="77777777" w:rsidR="000B00B8" w:rsidRDefault="000B00B8"/>
        </w:tc>
        <w:tc>
          <w:tcPr>
            <w:tcW w:w="1584" w:type="dxa"/>
            <w:vMerge/>
            <w:vAlign w:val="center"/>
          </w:tcPr>
          <w:p w14:paraId="3BA96EA3" w14:textId="77777777" w:rsidR="000B00B8" w:rsidRPr="00541270" w:rsidRDefault="000B00B8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vAlign w:val="center"/>
          </w:tcPr>
          <w:p w14:paraId="6E06373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4" w:type="dxa"/>
            <w:vAlign w:val="center"/>
          </w:tcPr>
          <w:p w14:paraId="7F80DDD7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0DCB8F66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</w:t>
            </w:r>
          </w:p>
        </w:tc>
        <w:tc>
          <w:tcPr>
            <w:tcW w:w="2304" w:type="dxa"/>
            <w:vAlign w:val="center"/>
          </w:tcPr>
          <w:p w14:paraId="5548ED22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69BE0A37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Ликовно образвоание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3A9ACA28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</w:tr>
      <w:tr w:rsidR="006A4961" w14:paraId="18E5A350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A24A8EC" w14:textId="77777777" w:rsidR="000B00B8" w:rsidRDefault="000B00B8"/>
        </w:tc>
        <w:tc>
          <w:tcPr>
            <w:tcW w:w="1584" w:type="dxa"/>
            <w:vMerge/>
            <w:vAlign w:val="center"/>
          </w:tcPr>
          <w:p w14:paraId="2B7138E8" w14:textId="77777777" w:rsidR="000B00B8" w:rsidRPr="00541270" w:rsidRDefault="000B00B8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vAlign w:val="center"/>
          </w:tcPr>
          <w:p w14:paraId="31A0E79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04" w:type="dxa"/>
            <w:vAlign w:val="center"/>
          </w:tcPr>
          <w:p w14:paraId="04E12E07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Англиски јазик</w:t>
            </w:r>
          </w:p>
        </w:tc>
        <w:tc>
          <w:tcPr>
            <w:tcW w:w="2304" w:type="dxa"/>
            <w:vAlign w:val="center"/>
          </w:tcPr>
          <w:p w14:paraId="4DAF6F6D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  <w:tc>
          <w:tcPr>
            <w:tcW w:w="2304" w:type="dxa"/>
            <w:vAlign w:val="center"/>
          </w:tcPr>
          <w:p w14:paraId="5E527ADE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1D40816C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Математика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EB1DFDB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 w:rsidR="00901C08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тематика</w:t>
            </w:r>
          </w:p>
        </w:tc>
      </w:tr>
      <w:tr w:rsidR="006A4961" w14:paraId="7BA0D61E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3CB6E3DE" w14:textId="77777777" w:rsidR="000B00B8" w:rsidRDefault="000B00B8"/>
        </w:tc>
        <w:tc>
          <w:tcPr>
            <w:tcW w:w="1584" w:type="dxa"/>
            <w:vMerge/>
            <w:vAlign w:val="center"/>
          </w:tcPr>
          <w:p w14:paraId="4F509124" w14:textId="77777777" w:rsidR="000B00B8" w:rsidRPr="00541270" w:rsidRDefault="000B00B8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vAlign w:val="center"/>
          </w:tcPr>
          <w:p w14:paraId="60DCF595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4" w:type="dxa"/>
            <w:vAlign w:val="center"/>
          </w:tcPr>
          <w:p w14:paraId="17C6375D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Македонски јазик</w:t>
            </w:r>
          </w:p>
        </w:tc>
        <w:tc>
          <w:tcPr>
            <w:tcW w:w="2304" w:type="dxa"/>
            <w:vAlign w:val="center"/>
          </w:tcPr>
          <w:p w14:paraId="2A46A348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Природни науки</w:t>
            </w:r>
          </w:p>
        </w:tc>
        <w:tc>
          <w:tcPr>
            <w:tcW w:w="2304" w:type="dxa"/>
            <w:vAlign w:val="center"/>
          </w:tcPr>
          <w:p w14:paraId="72F2D958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Математика</w:t>
            </w:r>
          </w:p>
        </w:tc>
        <w:tc>
          <w:tcPr>
            <w:tcW w:w="2304" w:type="dxa"/>
            <w:vAlign w:val="center"/>
          </w:tcPr>
          <w:p w14:paraId="6988FD27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Природни науки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4764A87E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ФЗО</w:t>
            </w:r>
          </w:p>
        </w:tc>
      </w:tr>
      <w:tr w:rsidR="006A4961" w14:paraId="6FD3B9E3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64432FC3" w14:textId="77777777" w:rsidR="000B00B8" w:rsidRDefault="000B00B8"/>
        </w:tc>
        <w:tc>
          <w:tcPr>
            <w:tcW w:w="1584" w:type="dxa"/>
            <w:vMerge/>
            <w:vAlign w:val="center"/>
          </w:tcPr>
          <w:p w14:paraId="008C3737" w14:textId="77777777" w:rsidR="000B00B8" w:rsidRPr="00541270" w:rsidRDefault="000B00B8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vAlign w:val="center"/>
          </w:tcPr>
          <w:p w14:paraId="1E2EF79F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04" w:type="dxa"/>
            <w:vAlign w:val="center"/>
          </w:tcPr>
          <w:p w14:paraId="0ADE62E9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Изборен предмет</w:t>
            </w:r>
          </w:p>
        </w:tc>
        <w:tc>
          <w:tcPr>
            <w:tcW w:w="2304" w:type="dxa"/>
            <w:vAlign w:val="center"/>
          </w:tcPr>
          <w:p w14:paraId="108542F3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Музичко образование</w:t>
            </w:r>
          </w:p>
        </w:tc>
        <w:tc>
          <w:tcPr>
            <w:tcW w:w="2304" w:type="dxa"/>
            <w:vAlign w:val="center"/>
          </w:tcPr>
          <w:p w14:paraId="63662C3E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Техничко образование</w:t>
            </w:r>
          </w:p>
        </w:tc>
        <w:tc>
          <w:tcPr>
            <w:tcW w:w="2304" w:type="dxa"/>
            <w:vAlign w:val="center"/>
          </w:tcPr>
          <w:p w14:paraId="61BC456A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Изборен</w:t>
            </w:r>
            <w:r w:rsidR="00901C08"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предмет</w:t>
            </w:r>
          </w:p>
        </w:tc>
        <w:tc>
          <w:tcPr>
            <w:tcW w:w="2304" w:type="dxa"/>
            <w:tcBorders>
              <w:right w:val="single" w:sz="20" w:space="0" w:color="000000"/>
            </w:tcBorders>
            <w:vAlign w:val="center"/>
          </w:tcPr>
          <w:p w14:paraId="0EBFD179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Историја и општество</w:t>
            </w:r>
          </w:p>
        </w:tc>
      </w:tr>
      <w:tr w:rsidR="006A4961" w14:paraId="79C61E82" w14:textId="77777777" w:rsidTr="00283D45">
        <w:trPr>
          <w:trHeight w:hRule="exact" w:val="216"/>
          <w:jc w:val="center"/>
        </w:trPr>
        <w:tc>
          <w:tcPr>
            <w:tcW w:w="648" w:type="dxa"/>
            <w:vMerge/>
            <w:vAlign w:val="center"/>
          </w:tcPr>
          <w:p w14:paraId="288F3CBE" w14:textId="77777777" w:rsidR="000B00B8" w:rsidRDefault="000B00B8"/>
        </w:tc>
        <w:tc>
          <w:tcPr>
            <w:tcW w:w="1584" w:type="dxa"/>
            <w:vMerge/>
            <w:vAlign w:val="center"/>
          </w:tcPr>
          <w:p w14:paraId="1A1A017E" w14:textId="77777777" w:rsidR="000B00B8" w:rsidRPr="00541270" w:rsidRDefault="000B00B8">
            <w:pPr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20" w:space="0" w:color="000000"/>
            </w:tcBorders>
            <w:vAlign w:val="center"/>
          </w:tcPr>
          <w:p w14:paraId="72B808A6" w14:textId="77777777" w:rsidR="000B00B8" w:rsidRPr="00794E0B" w:rsidRDefault="004A2CEF" w:rsidP="003A1EA1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304" w:type="dxa"/>
            <w:tcBorders>
              <w:bottom w:val="single" w:sz="20" w:space="0" w:color="000000"/>
            </w:tcBorders>
            <w:vAlign w:val="center"/>
          </w:tcPr>
          <w:p w14:paraId="1930CC42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20" w:space="0" w:color="000000"/>
            </w:tcBorders>
            <w:vAlign w:val="center"/>
          </w:tcPr>
          <w:p w14:paraId="0018AE83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20" w:space="0" w:color="000000"/>
            </w:tcBorders>
            <w:vAlign w:val="center"/>
          </w:tcPr>
          <w:p w14:paraId="4DEB8359" w14:textId="77777777" w:rsidR="000B00B8" w:rsidRPr="00794E0B" w:rsidRDefault="00901C08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Техничко образование</w:t>
            </w:r>
          </w:p>
        </w:tc>
        <w:tc>
          <w:tcPr>
            <w:tcW w:w="2304" w:type="dxa"/>
            <w:tcBorders>
              <w:bottom w:val="single" w:sz="20" w:space="0" w:color="000000"/>
            </w:tcBorders>
            <w:vAlign w:val="center"/>
          </w:tcPr>
          <w:p w14:paraId="5F1ACA2B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  <w:tc>
          <w:tcPr>
            <w:tcW w:w="2304" w:type="dxa"/>
            <w:tcBorders>
              <w:bottom w:val="single" w:sz="20" w:space="0" w:color="000000"/>
              <w:right w:val="single" w:sz="20" w:space="0" w:color="000000"/>
            </w:tcBorders>
            <w:vAlign w:val="center"/>
          </w:tcPr>
          <w:p w14:paraId="21CABD1F" w14:textId="77777777" w:rsidR="000B00B8" w:rsidRPr="00794E0B" w:rsidRDefault="004A2CEF" w:rsidP="00901C08">
            <w:pPr>
              <w:spacing w:line="204" w:lineRule="auto"/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E0B">
              <w:rPr>
                <w:rFonts w:ascii="Times New Roman" w:hAnsi="Times New Roman" w:cs="Times New Roman"/>
                <w:sz w:val="18"/>
                <w:szCs w:val="18"/>
              </w:rPr>
              <w:t>Слободни активности</w:t>
            </w:r>
          </w:p>
        </w:tc>
      </w:tr>
    </w:tbl>
    <w:p w14:paraId="39D510D5" w14:textId="092286D0" w:rsidR="00283D45" w:rsidRDefault="00283D45" w:rsidP="00794E0B">
      <w:pPr>
        <w:rPr>
          <w:rFonts w:ascii="Times New Roman" w:hAnsi="Times New Roman" w:cs="Times New Roman"/>
          <w:b/>
          <w:bCs/>
          <w:lang w:val="mk-MK"/>
        </w:rPr>
      </w:pPr>
    </w:p>
    <w:tbl>
      <w:tblPr>
        <w:tblStyle w:val="aff2"/>
        <w:tblW w:w="0" w:type="auto"/>
        <w:tblInd w:w="748" w:type="dxa"/>
        <w:tblLayout w:type="fixed"/>
        <w:tblLook w:val="04A0" w:firstRow="1" w:lastRow="0" w:firstColumn="1" w:lastColumn="0" w:noHBand="0" w:noVBand="1"/>
      </w:tblPr>
      <w:tblGrid>
        <w:gridCol w:w="3755"/>
        <w:gridCol w:w="4677"/>
        <w:gridCol w:w="4962"/>
      </w:tblGrid>
      <w:tr w:rsidR="00257F39" w14:paraId="1F9F8AAA" w14:textId="77777777" w:rsidTr="00257F39">
        <w:tc>
          <w:tcPr>
            <w:tcW w:w="375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B118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</w:rPr>
            </w:pPr>
            <w:r w:rsidRPr="00257F39">
              <w:rPr>
                <w:rFonts w:ascii="Times New Roman" w:hAnsi="Times New Roman" w:cs="Times New Roman"/>
                <w:b/>
              </w:rPr>
              <w:t>НАСТАВНИК</w:t>
            </w:r>
          </w:p>
        </w:tc>
        <w:tc>
          <w:tcPr>
            <w:tcW w:w="467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B90A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</w:rPr>
            </w:pPr>
            <w:r w:rsidRPr="00257F39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49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7908DE0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</w:rPr>
            </w:pPr>
            <w:r w:rsidRPr="00257F39">
              <w:rPr>
                <w:rFonts w:ascii="Times New Roman" w:hAnsi="Times New Roman" w:cs="Times New Roman"/>
                <w:b/>
              </w:rPr>
              <w:t>ОДДЕЛЕНИЕ</w:t>
            </w:r>
          </w:p>
        </w:tc>
      </w:tr>
      <w:tr w:rsidR="00257F39" w14:paraId="22DC9FC6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6FC1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Милка Мркева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0A58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5449388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3а, 3б, 3в</w:t>
            </w:r>
          </w:p>
        </w:tc>
      </w:tr>
      <w:tr w:rsidR="00257F39" w14:paraId="506059F4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40D5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Олгица Каровска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CCF3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4544824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1а, 2а, 2б, 2в, 4а, 5а, 5б, 5в</w:t>
            </w:r>
          </w:p>
        </w:tc>
      </w:tr>
      <w:tr w:rsidR="00257F39" w14:paraId="689F56CA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CD6B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Даниела Мојсова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4B4C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Англиски јазик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595A31C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1б, 4б, 4в</w:t>
            </w:r>
          </w:p>
        </w:tc>
      </w:tr>
      <w:tr w:rsidR="00257F39" w14:paraId="1E0E5290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799F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Филип Атанасов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945D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CF9831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1а, 1б, 2а, 3а, 3б, 3в, 5б</w:t>
            </w:r>
          </w:p>
        </w:tc>
      </w:tr>
      <w:tr w:rsidR="00257F39" w14:paraId="63966BF0" w14:textId="77777777" w:rsidTr="00257F39">
        <w:trPr>
          <w:trHeight w:val="50"/>
        </w:trPr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3216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Драган Андриќ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82C50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ФЗО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958ED59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4а, 4б, 4в, 5а, 5в, 2б, 2в</w:t>
            </w:r>
          </w:p>
        </w:tc>
      </w:tr>
      <w:tr w:rsidR="00257F39" w14:paraId="47C96B09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B2BA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Невенка Лазаревска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498F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Техничко образование и информатика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922D16E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5а, 5б, 5в</w:t>
            </w:r>
          </w:p>
        </w:tc>
      </w:tr>
      <w:tr w:rsidR="00257F39" w14:paraId="1508184A" w14:textId="77777777" w:rsidTr="00257F39">
        <w:tc>
          <w:tcPr>
            <w:tcW w:w="375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1C1EB3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7F39">
              <w:rPr>
                <w:rFonts w:ascii="Times New Roman" w:hAnsi="Times New Roman" w:cs="Times New Roman"/>
                <w:b/>
                <w:bCs/>
              </w:rPr>
              <w:t>Зорица Ризова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2D2781D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Природни науки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56EE7E" w14:textId="77777777" w:rsidR="00257F39" w:rsidRPr="00257F39" w:rsidRDefault="00257F39" w:rsidP="009E3F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F39">
              <w:rPr>
                <w:rFonts w:ascii="Times New Roman" w:hAnsi="Times New Roman" w:cs="Times New Roman"/>
                <w:sz w:val="18"/>
                <w:szCs w:val="18"/>
              </w:rPr>
              <w:t>5а, 5б, 5в</w:t>
            </w:r>
          </w:p>
        </w:tc>
      </w:tr>
    </w:tbl>
    <w:p w14:paraId="11BF443C" w14:textId="77777777" w:rsidR="00283D45" w:rsidRPr="00794E0B" w:rsidRDefault="00283D45" w:rsidP="00794E0B">
      <w:pPr>
        <w:rPr>
          <w:rFonts w:ascii="Times New Roman" w:hAnsi="Times New Roman" w:cs="Times New Roman"/>
          <w:lang w:val="mk-MK"/>
        </w:rPr>
      </w:pPr>
    </w:p>
    <w:sectPr w:rsidR="00283D45" w:rsidRPr="00794E0B" w:rsidSect="00142D2D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7321941">
    <w:abstractNumId w:val="8"/>
  </w:num>
  <w:num w:numId="2" w16cid:durableId="1687322547">
    <w:abstractNumId w:val="6"/>
  </w:num>
  <w:num w:numId="3" w16cid:durableId="588923646">
    <w:abstractNumId w:val="5"/>
  </w:num>
  <w:num w:numId="4" w16cid:durableId="157965484">
    <w:abstractNumId w:val="4"/>
  </w:num>
  <w:num w:numId="5" w16cid:durableId="444735269">
    <w:abstractNumId w:val="7"/>
  </w:num>
  <w:num w:numId="6" w16cid:durableId="1046835927">
    <w:abstractNumId w:val="3"/>
  </w:num>
  <w:num w:numId="7" w16cid:durableId="1146120779">
    <w:abstractNumId w:val="2"/>
  </w:num>
  <w:num w:numId="8" w16cid:durableId="1125663256">
    <w:abstractNumId w:val="1"/>
  </w:num>
  <w:num w:numId="9" w16cid:durableId="15638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0B8"/>
    <w:rsid w:val="00142D2D"/>
    <w:rsid w:val="0015074B"/>
    <w:rsid w:val="00257F39"/>
    <w:rsid w:val="00283D45"/>
    <w:rsid w:val="0029639D"/>
    <w:rsid w:val="00326F90"/>
    <w:rsid w:val="003A1EA1"/>
    <w:rsid w:val="003B2D93"/>
    <w:rsid w:val="004A2CEF"/>
    <w:rsid w:val="00541270"/>
    <w:rsid w:val="006A4961"/>
    <w:rsid w:val="0076514D"/>
    <w:rsid w:val="00794E0B"/>
    <w:rsid w:val="00901C08"/>
    <w:rsid w:val="00AA1307"/>
    <w:rsid w:val="00AA1D8D"/>
    <w:rsid w:val="00B47730"/>
    <w:rsid w:val="00C648DE"/>
    <w:rsid w:val="00CB0664"/>
    <w:rsid w:val="00EA035D"/>
    <w:rsid w:val="00F331DF"/>
    <w:rsid w:val="00F350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EA679"/>
  <w14:defaultImageDpi w14:val="300"/>
  <w15:docId w15:val="{5934A053-5A99-4D82-8F8C-670A79C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Заглавие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Подножје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Наслов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слов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наслов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во макро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ен цитат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22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0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3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5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6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golcevi@yahoo.com</cp:lastModifiedBy>
  <cp:revision>2</cp:revision>
  <cp:lastPrinted>2026-09-01T06:33:00Z</cp:lastPrinted>
  <dcterms:created xsi:type="dcterms:W3CDTF">2026-09-24T18:47:00Z</dcterms:created>
  <dcterms:modified xsi:type="dcterms:W3CDTF">2026-09-24T18:47:00Z</dcterms:modified>
  <cp:category/>
</cp:coreProperties>
</file>